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Cover letter to a journal editor</w:t>
      </w:r>
    </w:p>
    <w:p>
      <w:r>
        <w:rPr>
          <w:i/>
        </w:rPr>
        <w:t>Send this with every manuscript submission. Editors read it first: say what the paper finds, why it suits their journal, and confirm it is not under review elsewhere.</w:t>
      </w:r>
    </w:p>
    <w:p>
      <w:r>
        <w:t>[Your name]</w:t>
        <w:br/>
        <w:t>[Designation, Department]</w:t>
        <w:br/>
        <w:t>[Institution, City]</w:t>
        <w:br/>
        <w:t>[Email] · [Phone] · ORCID: [0000-0000-0000-0000]</w:t>
      </w:r>
    </w:p>
    <w:p>
      <w:r>
        <w:t>[Date]</w:t>
      </w:r>
    </w:p>
    <w:p>
      <w:r>
        <w:t>To</w:t>
        <w:br/>
        <w:t>The Editor-in-Chief</w:t>
        <w:br/>
        <w:t>[Journal name]</w:t>
      </w:r>
    </w:p>
    <w:p>
      <w:r>
        <w:t>Subject: Submission of the manuscript "[Full title of the paper]" for consideration as a [research article / review article]</w:t>
      </w:r>
    </w:p>
    <w:p>
      <w:r>
        <w:t>Dear [Dr./Prof. Surname of the editor, or "Editor"],</w:t>
      </w:r>
    </w:p>
    <w:p>
      <w:r>
        <w:t>I am pleased to submit the manuscript entitled "[Title]" for consideration for publication in [Journal name].</w:t>
      </w:r>
    </w:p>
    <w:p>
      <w:r>
        <w:t>This study [examines / analyses / investigates] [the problem in one sentence]. Using [method, text or data set], it finds that [the main finding in one or two sentences]. This matters because [the contribution: what readers can now understand or do that they could not before].</w:t>
      </w:r>
    </w:p>
    <w:p>
      <w:r>
        <w:t>The manuscript fits the scope of [Journal name] because [link to the journal's aims, or to a recent article it published on a related theme]. It will interest readers working on [field / theme].</w:t>
      </w:r>
    </w:p>
    <w:p>
      <w:r>
        <w:t>I confirm that this manuscript is original, has not been published before, and is not under consideration by any other journal. All authors have approved the manuscript and agree to its submission. [There are no conflicts of interest to declare.] [The study received ethical approval from (committee), reference (number).]</w:t>
      </w:r>
    </w:p>
    <w:p>
      <w:r>
        <w:t>[Optional: Suggested reviewers: name, affiliation, email, and why they are suitable.]</w:t>
      </w:r>
    </w:p>
    <w:p>
      <w:r>
        <w:t>Thank you for considering this submission. I look forward to hearing from you.</w:t>
      </w:r>
    </w:p>
    <w:p>
      <w:r>
        <w:t>Yours sincerely,</w:t>
        <w:br/>
        <w:t>[Name]</w:t>
        <w:br/>
        <w:t>[Corresponding author]</w:t>
      </w:r>
    </w:p>
    <w:p>
      <w:r>
        <w:rPr>
          <w:b/>
          <w:color w:val="B8860B"/>
        </w:rPr>
        <w:t xml:space="preserve">Tip: </w:t>
      </w:r>
      <w:r>
        <w:t>Keep it to one page. Never send a generic letter: name the journal and the editor, and say in one line why the paper belongs there.</w:t>
      </w:r>
    </w:p>
    <w:p>
      <w:pPr>
        <w:jc w:val="center"/>
      </w:pPr>
      <w:r>
        <w:rPr>
          <w:color w:val="B8860B"/>
          <w:sz w:val="18"/>
        </w:rPr>
        <w:t>Free template from KART, Kamala Academy of Research and Training, Chennai · kart.org.in · WhatsApp +91 98845 53365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