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PhD research proposal / synopsis outline</w:t>
      </w:r>
    </w:p>
    <w:p>
      <w:r>
        <w:rPr>
          <w:i/>
        </w:rPr>
        <w:t>The sections most Indian universities expect in a PhD synopsis or research proposal. Check your university's own format and word limit first, and follow it over this outline.</w:t>
      </w:r>
    </w:p>
    <w:p>
      <w:pPr>
        <w:pStyle w:val="Heading2"/>
      </w:pPr>
      <w:r>
        <w:t>Title page</w:t>
      </w:r>
    </w:p>
    <w:p>
      <w:r>
        <w:t>Proposed title · your name · name of the supervisor · department and university · month and year.</w:t>
      </w:r>
    </w:p>
    <w:p>
      <w:pPr>
        <w:pStyle w:val="Heading2"/>
      </w:pPr>
      <w:r>
        <w:t>1. Introduction</w:t>
      </w:r>
    </w:p>
    <w:p>
      <w:r>
        <w:t>The broad area, the specific topic, and why it matters now. (About 1 page.)</w:t>
      </w:r>
    </w:p>
    <w:p>
      <w:pPr>
        <w:pStyle w:val="Heading2"/>
      </w:pPr>
      <w:r>
        <w:t>2. Review of literature</w:t>
      </w:r>
    </w:p>
    <w:p>
      <w:r>
        <w:t>Group earlier studies by theme, not one paragraph per author. End with what they have NOT done. (3–5 pages.)</w:t>
      </w:r>
    </w:p>
    <w:p>
      <w:pPr>
        <w:pStyle w:val="Heading2"/>
      </w:pPr>
      <w:r>
        <w:t>3. Research gap and statement of the problem</w:t>
      </w:r>
    </w:p>
    <w:p>
      <w:r>
        <w:t>One paragraph: the exact gap, and the problem your study addresses.</w:t>
      </w:r>
    </w:p>
    <w:p>
      <w:pPr>
        <w:pStyle w:val="Heading2"/>
      </w:pPr>
      <w:r>
        <w:t>4. Research questions / hypotheses</w:t>
      </w:r>
    </w:p>
    <w:p>
      <w:pPr>
        <w:pStyle w:val="ListBullet"/>
      </w:pPr>
      <w:r>
        <w:t>RQ1: [A question your data or texts can answer.]</w:t>
      </w:r>
    </w:p>
    <w:p>
      <w:pPr>
        <w:pStyle w:val="ListBullet"/>
      </w:pPr>
      <w:r>
        <w:t>RQ2: [ ]</w:t>
      </w:r>
    </w:p>
    <w:p>
      <w:pPr>
        <w:pStyle w:val="Heading2"/>
      </w:pPr>
      <w:r>
        <w:t>5. Objectives</w:t>
      </w:r>
    </w:p>
    <w:p>
      <w:pPr>
        <w:pStyle w:val="ListBullet"/>
      </w:pPr>
      <w:r>
        <w:t>To examine / analyse / compare [ ].</w:t>
      </w:r>
    </w:p>
    <w:p>
      <w:pPr>
        <w:pStyle w:val="ListBullet"/>
      </w:pPr>
      <w:r>
        <w:t>To [ ].</w:t>
      </w:r>
    </w:p>
    <w:p>
      <w:pPr>
        <w:pStyle w:val="Heading2"/>
      </w:pPr>
      <w:r>
        <w:t>6. Theoretical framework</w:t>
      </w:r>
    </w:p>
    <w:p>
      <w:r>
        <w:t>The theory or critical lens you will use, and why it suits the problem.</w:t>
      </w:r>
    </w:p>
    <w:p>
      <w:pPr>
        <w:pStyle w:val="Heading2"/>
      </w:pPr>
      <w:r>
        <w:t>7. Methodology</w:t>
      </w:r>
    </w:p>
    <w:p>
      <w:r>
        <w:t>Design, primary sources or sample, data collection, method of analysis, and limitations. (In literature: the primary texts, the critical approach, and the reason for choosing these texts.)</w:t>
      </w:r>
    </w:p>
    <w:p>
      <w:pPr>
        <w:pStyle w:val="Heading2"/>
      </w:pPr>
      <w:r>
        <w:t>8. Scope and limitations</w:t>
      </w:r>
    </w:p>
    <w:p>
      <w:r>
        <w:t>What the study covers and what it deliberately leaves out.</w:t>
      </w:r>
    </w:p>
    <w:p>
      <w:pPr>
        <w:pStyle w:val="Heading2"/>
      </w:pPr>
      <w:r>
        <w:t>9. Significance of the study</w:t>
      </w:r>
    </w:p>
    <w:p>
      <w:r>
        <w:t>Who benefits, and what the field gains.</w:t>
      </w:r>
    </w:p>
    <w:p>
      <w:pPr>
        <w:pStyle w:val="Heading2"/>
      </w:pPr>
      <w:r>
        <w:t>10. Tentative chapter plan</w:t>
      </w:r>
    </w:p>
    <w:p>
      <w:pPr>
        <w:pStyle w:val="ListBullet"/>
      </w:pPr>
      <w:r>
        <w:t>Chapter 1: Introduction</w:t>
      </w:r>
    </w:p>
    <w:p>
      <w:pPr>
        <w:pStyle w:val="ListBullet"/>
      </w:pPr>
      <w:r>
        <w:t>Chapters 2–4: [The analysis chapters, one per objective or theme]</w:t>
      </w:r>
    </w:p>
    <w:p>
      <w:pPr>
        <w:pStyle w:val="ListBullet"/>
      </w:pPr>
      <w:r>
        <w:t>Chapter 5: Conclusion and scope for further research</w:t>
      </w:r>
    </w:p>
    <w:p>
      <w:pPr>
        <w:pStyle w:val="Heading2"/>
      </w:pPr>
      <w:r>
        <w:t>11. Timeline</w:t>
      </w:r>
    </w:p>
    <w:p>
      <w:r>
        <w:t>Coursework, literature review, data collection or textual analysis, writing, submission, by semester.</w:t>
      </w:r>
    </w:p>
    <w:p>
      <w:pPr>
        <w:pStyle w:val="Heading2"/>
      </w:pPr>
      <w:r>
        <w:t>12. References</w:t>
      </w:r>
    </w:p>
    <w:p>
      <w:r>
        <w:t>In the style your department requires (MLA 9 for most English departments, APA 7 for the social sciences).</w:t>
      </w:r>
    </w:p>
    <w:p>
      <w:r>
        <w:rPr>
          <w:b/>
          <w:color w:val="B8860B"/>
        </w:rPr>
        <w:t xml:space="preserve">Tip: </w:t>
      </w:r>
      <w:r>
        <w:t>A strong synopsis is specific: one clear gap, two or three answerable questions, and a method that answers exactly those questions.</w:t>
      </w:r>
    </w:p>
    <w:p>
      <w:pPr>
        <w:jc w:val="center"/>
      </w:pPr>
      <w:r>
        <w:rPr>
          <w:color w:val="B8860B"/>
          <w:sz w:val="18"/>
        </w:rPr>
        <w:t>Free template from KART, Kamala Academy of Research and Training, Chennai · kart.org.in · WhatsApp +91 98845 53365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