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Response to reviewers (point-by-point)</w:t>
      </w:r>
    </w:p>
    <w:p>
      <w:r>
        <w:rPr>
          <w:i/>
        </w:rPr>
        <w:t>Use this after a "major" or "minor revisions" decision. Answer every comment and say exactly where the change is. This letter often decides whether a revision is accepted.</w:t>
      </w:r>
    </w:p>
    <w:p>
      <w:r>
        <w:t>Manuscript ID: [ID]</w:t>
        <w:br/>
        <w:t>Title: "[Title]"</w:t>
        <w:br/>
        <w:t>Journal: [Journal name]</w:t>
      </w:r>
    </w:p>
    <w:p>
      <w:r>
        <w:t>Dear [Editor's name],</w:t>
      </w:r>
    </w:p>
    <w:p>
      <w:r>
        <w:t>Thank you for the opportunity to revise our manuscript. We are grateful to the reviewers for their careful reading and helpful comments. We have addressed every comment below. Reviewer comments are in bold, our responses follow, and all changes are highlighted in yellow in the revised manuscript. Page and line numbers refer to the revised version.</w:t>
      </w:r>
    </w:p>
    <w:p>
      <w:pPr>
        <w:pStyle w:val="Heading2"/>
      </w:pPr>
      <w:r>
        <w:t>Reviewer 1</w:t>
      </w:r>
    </w:p>
    <w:p>
      <w:r>
        <w:t>Comment 1.1: [Paste the reviewer's comment exactly.]</w:t>
      </w:r>
    </w:p>
    <w:p>
      <w:r>
        <w:t>Response: Thank you for this observation. We have [what you changed]. See page [x], lines [y–z]: "[quote the revised sentence]."</w:t>
      </w:r>
    </w:p>
    <w:p>
      <w:r>
        <w:t>Comment 1.2: [Comment]</w:t>
      </w:r>
    </w:p>
    <w:p>
      <w:r>
        <w:t>Response (if you disagree): We appreciate the reviewer's suggestion. However, we have retained [x] because [evidence or a reference]. To make this clearer, we have added [a sentence / a note] on page [x], lines [y–z].</w:t>
      </w:r>
    </w:p>
    <w:p>
      <w:pPr>
        <w:pStyle w:val="Heading2"/>
      </w:pPr>
      <w:r>
        <w:t>Reviewer 2</w:t>
      </w:r>
    </w:p>
    <w:p>
      <w:r>
        <w:t>Comment 2.1: [Comment]</w:t>
      </w:r>
    </w:p>
    <w:p>
      <w:r>
        <w:t>Response: [Response, with page and line numbers.]</w:t>
      </w:r>
    </w:p>
    <w:p>
      <w:pPr>
        <w:pStyle w:val="Heading2"/>
      </w:pPr>
      <w:r>
        <w:t>Other changes</w:t>
      </w:r>
    </w:p>
    <w:p>
      <w:r>
        <w:t>[List any changes you made that no reviewer asked for, e.g. updated references or corrected a table.]</w:t>
      </w:r>
    </w:p>
    <w:p>
      <w:r>
        <w:t>We believe the manuscript is much improved and hope it is now suitable for publication in [Journal name].</w:t>
      </w:r>
    </w:p>
    <w:p>
      <w:r>
        <w:t>Yours sincerely,</w:t>
        <w:br/>
        <w:t>[Name], on behalf of all authors</w:t>
      </w:r>
    </w:p>
    <w:p>
      <w:r>
        <w:rPr>
          <w:b/>
          <w:color w:val="B8860B"/>
        </w:rPr>
        <w:t xml:space="preserve">Tip: </w:t>
      </w:r>
      <w:r>
        <w:t>Be polite even when a comment is wrong. Thank the reviewer, answer with evidence, and never ignore a comment. A silent omission is the most common reason a revision is rejected.</w:t>
      </w:r>
    </w:p>
    <w:p>
      <w:pPr>
        <w:jc w:val="center"/>
      </w:pPr>
      <w:r>
        <w:rPr>
          <w:color w:val="B8860B"/>
          <w:sz w:val="18"/>
        </w:rPr>
        <w:t>Free template from KART, Kamala Academy of Research and Training, Chennai · kart.org.in · WhatsApp +91 98845 53365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